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90AA7" w14:textId="77777777" w:rsidR="00706ADF" w:rsidRDefault="00000000">
      <w:pPr>
        <w:jc w:val="center"/>
      </w:pPr>
      <w:r>
        <w:rPr>
          <w:b/>
          <w:color w:val="A9481F"/>
          <w:sz w:val="40"/>
        </w:rPr>
        <w:t>🚀 MARS ROVER RESEARCH: USEFUL LINKS</w:t>
      </w:r>
    </w:p>
    <w:p w14:paraId="6DAA7D69" w14:textId="77777777" w:rsidR="00706ADF" w:rsidRDefault="00000000">
      <w:pPr>
        <w:jc w:val="center"/>
      </w:pPr>
      <w:r>
        <w:rPr>
          <w:i/>
          <w:sz w:val="21"/>
        </w:rPr>
        <w:t>Use these trusted websites to research your PowerPoint presentation.</w:t>
      </w:r>
    </w:p>
    <w:p w14:paraId="409A0FB1" w14:textId="77777777" w:rsidR="00706ADF" w:rsidRDefault="00000000">
      <w:pPr>
        <w:spacing w:after="120"/>
      </w:pPr>
      <w:r>
        <w:rPr>
          <w:b/>
        </w:rPr>
        <w:t xml:space="preserve">Important: </w:t>
      </w:r>
      <w:r>
        <w:t>Do not copy whole sentences. Read the information, understand it, and rewrite it in your own words.</w:t>
      </w:r>
    </w:p>
    <w:tbl>
      <w:tblPr>
        <w:tblW w:w="11294" w:type="dxa"/>
        <w:tblLayout w:type="fixed"/>
        <w:tblLook w:val="04A0" w:firstRow="1" w:lastRow="0" w:firstColumn="1" w:lastColumn="0" w:noHBand="0" w:noVBand="1"/>
      </w:tblPr>
      <w:tblGrid>
        <w:gridCol w:w="4803"/>
        <w:gridCol w:w="6491"/>
      </w:tblGrid>
      <w:tr w:rsidR="00706ADF" w14:paraId="1E1EC7AC" w14:textId="77777777" w:rsidTr="00101F03">
        <w:trPr>
          <w:trHeight w:val="459"/>
        </w:trPr>
        <w:tc>
          <w:tcPr>
            <w:tcW w:w="4803" w:type="dxa"/>
            <w:shd w:val="clear" w:color="auto" w:fill="A94A1F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7158DE87" w14:textId="77777777" w:rsidR="00706ADF" w:rsidRDefault="00000000">
            <w:pPr>
              <w:jc w:val="center"/>
            </w:pPr>
            <w:r>
              <w:rPr>
                <w:b/>
                <w:color w:val="FFFFFF"/>
                <w:sz w:val="21"/>
              </w:rPr>
              <w:t>Research area</w:t>
            </w:r>
          </w:p>
        </w:tc>
        <w:tc>
          <w:tcPr>
            <w:tcW w:w="6491" w:type="dxa"/>
            <w:shd w:val="clear" w:color="auto" w:fill="A94A1F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795DCA17" w14:textId="77777777" w:rsidR="00706ADF" w:rsidRDefault="00000000">
            <w:pPr>
              <w:jc w:val="center"/>
            </w:pPr>
            <w:r>
              <w:rPr>
                <w:b/>
                <w:color w:val="FFFFFF"/>
                <w:sz w:val="21"/>
              </w:rPr>
              <w:t>Website and what to find</w:t>
            </w:r>
          </w:p>
        </w:tc>
      </w:tr>
      <w:tr w:rsidR="00706ADF" w14:paraId="6FA0FD2D" w14:textId="77777777" w:rsidTr="00101F03">
        <w:trPr>
          <w:trHeight w:val="556"/>
        </w:trPr>
        <w:tc>
          <w:tcPr>
            <w:tcW w:w="4803" w:type="dxa"/>
            <w:shd w:val="clear" w:color="auto" w:fill="F6E5DC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1DDED9F1" w14:textId="77777777" w:rsidR="00706ADF" w:rsidRDefault="00000000">
            <w:r>
              <w:rPr>
                <w:b/>
              </w:rPr>
              <w:t>1. Perseverance mission overview</w:t>
            </w:r>
          </w:p>
        </w:tc>
        <w:tc>
          <w:tcPr>
            <w:tcW w:w="6491" w:type="dxa"/>
            <w:shd w:val="clear" w:color="auto" w:fill="FFF8F3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095BBED5" w14:textId="77777777" w:rsidR="00706ADF" w:rsidRDefault="00000000">
            <w:pPr>
              <w:spacing w:after="40"/>
            </w:pPr>
            <w:r>
              <w:t>NASA overview of the rover, its main mission, landing site, goals and key facts.</w:t>
            </w:r>
          </w:p>
          <w:p w14:paraId="1FB4A169" w14:textId="77777777" w:rsidR="00706ADF" w:rsidRDefault="00000000">
            <w:pPr>
              <w:spacing w:after="0"/>
            </w:pPr>
            <w:hyperlink r:id="rId8">
              <w:r>
                <w:rPr>
                  <w:color w:val="0563C1"/>
                  <w:u w:val="single"/>
                </w:rPr>
                <w:t>Open NASA Perseverance overview</w:t>
              </w:r>
            </w:hyperlink>
          </w:p>
        </w:tc>
      </w:tr>
      <w:tr w:rsidR="00706ADF" w14:paraId="7469CBF1" w14:textId="77777777" w:rsidTr="00101F03">
        <w:trPr>
          <w:trHeight w:val="821"/>
        </w:trPr>
        <w:tc>
          <w:tcPr>
            <w:tcW w:w="4803" w:type="dxa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0E1DA4DB" w14:textId="77777777" w:rsidR="00706ADF" w:rsidRDefault="00000000">
            <w:r>
              <w:rPr>
                <w:b/>
              </w:rPr>
              <w:t>2. Rover parts and how it works</w:t>
            </w:r>
          </w:p>
        </w:tc>
        <w:tc>
          <w:tcPr>
            <w:tcW w:w="6491" w:type="dxa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224A22A1" w14:textId="77777777" w:rsidR="00706ADF" w:rsidRDefault="00000000">
            <w:pPr>
              <w:spacing w:after="40"/>
            </w:pPr>
            <w:r>
              <w:t>Find information about the wheels, robotic arm, cameras, computer, power supply and sample system.</w:t>
            </w:r>
          </w:p>
          <w:p w14:paraId="111F2F64" w14:textId="77777777" w:rsidR="00706ADF" w:rsidRDefault="00000000">
            <w:pPr>
              <w:spacing w:after="0"/>
            </w:pPr>
            <w:hyperlink r:id="rId9">
              <w:r>
                <w:rPr>
                  <w:color w:val="0563C1"/>
                  <w:u w:val="single"/>
                </w:rPr>
                <w:t>Open rover components</w:t>
              </w:r>
            </w:hyperlink>
          </w:p>
        </w:tc>
      </w:tr>
      <w:tr w:rsidR="00706ADF" w14:paraId="7173DDE4" w14:textId="77777777" w:rsidTr="00101F03">
        <w:trPr>
          <w:trHeight w:val="821"/>
        </w:trPr>
        <w:tc>
          <w:tcPr>
            <w:tcW w:w="4803" w:type="dxa"/>
            <w:shd w:val="clear" w:color="auto" w:fill="F6E5DC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19C1DABC" w14:textId="77777777" w:rsidR="00706ADF" w:rsidRDefault="00000000">
            <w:r>
              <w:rPr>
                <w:b/>
              </w:rPr>
              <w:t>3. How the rover collects data</w:t>
            </w:r>
          </w:p>
        </w:tc>
        <w:tc>
          <w:tcPr>
            <w:tcW w:w="6491" w:type="dxa"/>
            <w:shd w:val="clear" w:color="auto" w:fill="FFF8F3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3CF10D47" w14:textId="77777777" w:rsidR="00706ADF" w:rsidRDefault="00000000">
            <w:pPr>
              <w:spacing w:after="40"/>
            </w:pPr>
            <w:r>
              <w:t>Learn about the cameras, spectrometers, weather sensors and other scientific instruments used to measure and analyse Mars.</w:t>
            </w:r>
          </w:p>
          <w:p w14:paraId="0697325D" w14:textId="77777777" w:rsidR="00706ADF" w:rsidRDefault="00000000">
            <w:pPr>
              <w:spacing w:after="0"/>
            </w:pPr>
            <w:hyperlink r:id="rId10">
              <w:r>
                <w:rPr>
                  <w:color w:val="0563C1"/>
                  <w:u w:val="single"/>
                </w:rPr>
                <w:t>Open science instruments</w:t>
              </w:r>
            </w:hyperlink>
          </w:p>
        </w:tc>
      </w:tr>
      <w:tr w:rsidR="00706ADF" w14:paraId="28CF9B77" w14:textId="77777777" w:rsidTr="00101F03">
        <w:trPr>
          <w:trHeight w:val="821"/>
        </w:trPr>
        <w:tc>
          <w:tcPr>
            <w:tcW w:w="4803" w:type="dxa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0514784E" w14:textId="77777777" w:rsidR="00706ADF" w:rsidRDefault="00000000">
            <w:r>
              <w:rPr>
                <w:b/>
              </w:rPr>
              <w:t>4. How data is sent back to Earth</w:t>
            </w:r>
          </w:p>
        </w:tc>
        <w:tc>
          <w:tcPr>
            <w:tcW w:w="6491" w:type="dxa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7D580134" w14:textId="77777777" w:rsidR="00706ADF" w:rsidRDefault="00000000">
            <w:pPr>
              <w:spacing w:after="40"/>
            </w:pPr>
            <w:r>
              <w:t>Find out how the rover sends information to orbiting spacecraft, which then relay it to scientists on Earth.</w:t>
            </w:r>
          </w:p>
          <w:p w14:paraId="343322ED" w14:textId="77777777" w:rsidR="00706ADF" w:rsidRDefault="00000000">
            <w:pPr>
              <w:spacing w:after="0"/>
            </w:pPr>
            <w:hyperlink r:id="rId11">
              <w:r>
                <w:rPr>
                  <w:color w:val="0563C1"/>
                  <w:u w:val="single"/>
                </w:rPr>
                <w:t>Open Mars Relay</w:t>
              </w:r>
              <w:r>
                <w:rPr>
                  <w:color w:val="0563C1"/>
                  <w:u w:val="single"/>
                </w:rPr>
                <w:t xml:space="preserve"> </w:t>
              </w:r>
              <w:r>
                <w:rPr>
                  <w:color w:val="0563C1"/>
                  <w:u w:val="single"/>
                </w:rPr>
                <w:t>Network</w:t>
              </w:r>
            </w:hyperlink>
          </w:p>
        </w:tc>
      </w:tr>
      <w:tr w:rsidR="00706ADF" w14:paraId="242B596B" w14:textId="77777777" w:rsidTr="00101F03">
        <w:trPr>
          <w:trHeight w:val="807"/>
        </w:trPr>
        <w:tc>
          <w:tcPr>
            <w:tcW w:w="4803" w:type="dxa"/>
            <w:shd w:val="clear" w:color="auto" w:fill="F6E5DC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3F8BF501" w14:textId="77777777" w:rsidR="00706ADF" w:rsidRDefault="00000000">
            <w:r>
              <w:rPr>
                <w:b/>
              </w:rPr>
              <w:t>5. What Perseverance has discovered</w:t>
            </w:r>
          </w:p>
        </w:tc>
        <w:tc>
          <w:tcPr>
            <w:tcW w:w="6491" w:type="dxa"/>
            <w:shd w:val="clear" w:color="auto" w:fill="FFF8F3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7742F9DB" w14:textId="77777777" w:rsidR="00706ADF" w:rsidRDefault="00000000">
            <w:pPr>
              <w:spacing w:after="40"/>
            </w:pPr>
            <w:r>
              <w:t>Research rock samples, evidence about ancient environments and the search for signs of past microbial life.</w:t>
            </w:r>
          </w:p>
          <w:p w14:paraId="5F78463C" w14:textId="77777777" w:rsidR="00706ADF" w:rsidRDefault="00000000">
            <w:pPr>
              <w:spacing w:after="0"/>
            </w:pPr>
            <w:hyperlink r:id="rId12">
              <w:r>
                <w:rPr>
                  <w:color w:val="0563C1"/>
                  <w:u w:val="single"/>
                </w:rPr>
                <w:t>Open Perseverance science</w:t>
              </w:r>
            </w:hyperlink>
          </w:p>
        </w:tc>
      </w:tr>
      <w:tr w:rsidR="00706ADF" w14:paraId="346AD730" w14:textId="77777777" w:rsidTr="00101F03">
        <w:trPr>
          <w:trHeight w:val="821"/>
        </w:trPr>
        <w:tc>
          <w:tcPr>
            <w:tcW w:w="4803" w:type="dxa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2E122DBF" w14:textId="77777777" w:rsidR="00706ADF" w:rsidRDefault="00000000">
            <w:r>
              <w:rPr>
                <w:b/>
              </w:rPr>
              <w:t>6. Follow the rover’s journey</w:t>
            </w:r>
          </w:p>
        </w:tc>
        <w:tc>
          <w:tcPr>
            <w:tcW w:w="6491" w:type="dxa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0A71C3FE" w14:textId="77777777" w:rsidR="00706ADF" w:rsidRDefault="00000000">
            <w:pPr>
              <w:spacing w:after="40"/>
            </w:pPr>
            <w:r>
              <w:t>Use the interactive map to see where Perseverance is currently located and the route it has travelled.</w:t>
            </w:r>
          </w:p>
          <w:p w14:paraId="4978A550" w14:textId="77777777" w:rsidR="00706ADF" w:rsidRDefault="00000000">
            <w:pPr>
              <w:spacing w:after="0"/>
            </w:pPr>
            <w:hyperlink r:id="rId13">
              <w:r>
                <w:rPr>
                  <w:color w:val="0563C1"/>
                  <w:u w:val="single"/>
                </w:rPr>
                <w:t>Open rover location map</w:t>
              </w:r>
            </w:hyperlink>
          </w:p>
        </w:tc>
      </w:tr>
      <w:tr w:rsidR="00706ADF" w14:paraId="427B2991" w14:textId="77777777" w:rsidTr="00101F03">
        <w:trPr>
          <w:trHeight w:val="821"/>
        </w:trPr>
        <w:tc>
          <w:tcPr>
            <w:tcW w:w="4803" w:type="dxa"/>
            <w:shd w:val="clear" w:color="auto" w:fill="F6E5DC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01CE2036" w14:textId="77777777" w:rsidR="00706ADF" w:rsidRDefault="00000000">
            <w:r>
              <w:rPr>
                <w:b/>
              </w:rPr>
              <w:t>7. Compare with Curiosity</w:t>
            </w:r>
          </w:p>
        </w:tc>
        <w:tc>
          <w:tcPr>
            <w:tcW w:w="6491" w:type="dxa"/>
            <w:shd w:val="clear" w:color="auto" w:fill="FFF8F3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5BB66DF0" w14:textId="77777777" w:rsidR="00706ADF" w:rsidRDefault="00000000">
            <w:pPr>
              <w:spacing w:after="40"/>
            </w:pPr>
            <w:r>
              <w:t>Find out about another real Mars rover, the samples it studies and the discoveries it has made.</w:t>
            </w:r>
          </w:p>
          <w:p w14:paraId="00A4847C" w14:textId="77777777" w:rsidR="00706ADF" w:rsidRDefault="00000000">
            <w:pPr>
              <w:spacing w:after="0"/>
            </w:pPr>
            <w:hyperlink r:id="rId14">
              <w:r>
                <w:rPr>
                  <w:color w:val="0563C1"/>
                  <w:u w:val="single"/>
                </w:rPr>
                <w:t>Open NASA Curiosity page</w:t>
              </w:r>
            </w:hyperlink>
          </w:p>
        </w:tc>
      </w:tr>
    </w:tbl>
    <w:p w14:paraId="09F67313" w14:textId="77777777" w:rsidR="00706ADF" w:rsidRDefault="00000000">
      <w:pPr>
        <w:spacing w:before="140" w:after="60"/>
      </w:pPr>
      <w:r>
        <w:rPr>
          <w:b/>
          <w:color w:val="A9481F"/>
          <w:sz w:val="26"/>
        </w:rPr>
        <w:t>✅ Information to collect for your presentation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112"/>
        <w:gridCol w:w="5112"/>
      </w:tblGrid>
      <w:tr w:rsidR="00706ADF" w14:paraId="3B2B1303" w14:textId="77777777">
        <w:trPr>
          <w:jc w:val="center"/>
        </w:trPr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4EA96536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The rover’s name, launch date, landing date and landing location</w:t>
            </w:r>
          </w:p>
        </w:tc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539CA321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How it stores and sends data back to Earth</w:t>
            </w:r>
          </w:p>
        </w:tc>
      </w:tr>
      <w:tr w:rsidR="00706ADF" w14:paraId="2559959D" w14:textId="77777777">
        <w:trPr>
          <w:jc w:val="center"/>
        </w:trPr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7E8534C0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The rover’s mission and why it was sent to Mars</w:t>
            </w:r>
          </w:p>
        </w:tc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5745A1B6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Important discoveries it has made</w:t>
            </w:r>
          </w:p>
        </w:tc>
      </w:tr>
      <w:tr w:rsidR="00706ADF" w14:paraId="2A450097" w14:textId="77777777">
        <w:trPr>
          <w:jc w:val="center"/>
        </w:trPr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78CD8159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How it moves and avoids obstacles</w:t>
            </w:r>
          </w:p>
        </w:tc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7EE820F3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Problems caused by distance, weather, dust or the Martian surface</w:t>
            </w:r>
          </w:p>
        </w:tc>
      </w:tr>
      <w:tr w:rsidR="00706ADF" w14:paraId="3C049721" w14:textId="77777777">
        <w:trPr>
          <w:jc w:val="center"/>
        </w:trPr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34347381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How its cameras, sensors and instruments collect data</w:t>
            </w:r>
          </w:p>
        </w:tc>
        <w:tc>
          <w:tcPr>
            <w:tcW w:w="5112" w:type="dxa"/>
            <w:tcMar>
              <w:top w:w="60" w:type="dxa"/>
              <w:left w:w="90" w:type="dxa"/>
              <w:bottom w:w="60" w:type="dxa"/>
              <w:right w:w="90" w:type="dxa"/>
            </w:tcMar>
          </w:tcPr>
          <w:p w14:paraId="5B3FDCC0" w14:textId="77777777" w:rsidR="00706ADF" w:rsidRDefault="00000000">
            <w:pPr>
              <w:spacing w:after="0"/>
            </w:pPr>
            <w:r>
              <w:rPr>
                <w:b/>
              </w:rPr>
              <w:t xml:space="preserve">☐ </w:t>
            </w:r>
            <w:r>
              <w:t>How Mars rover technology could support future missions</w:t>
            </w:r>
          </w:p>
        </w:tc>
      </w:tr>
    </w:tbl>
    <w:p w14:paraId="17269D9D" w14:textId="77777777" w:rsidR="00706ADF" w:rsidRDefault="00000000">
      <w:pPr>
        <w:spacing w:before="120" w:after="0"/>
      </w:pPr>
      <w:r>
        <w:rPr>
          <w:b/>
        </w:rPr>
        <w:t xml:space="preserve">Search tip: </w:t>
      </w:r>
      <w:r>
        <w:t>Use Ctrl + F on a webpage to search for words such as “data”, “camera”, “sensor”, “communication”, “samples” or “discoveries”.</w:t>
      </w:r>
    </w:p>
    <w:sectPr w:rsidR="00706ADF" w:rsidSect="00034616">
      <w:footerReference w:type="default" r:id="rId15"/>
      <w:pgSz w:w="12240" w:h="15840"/>
      <w:pgMar w:top="648" w:right="792" w:bottom="648" w:left="7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6456B" w14:textId="77777777" w:rsidR="001D3DE3" w:rsidRDefault="001D3DE3">
      <w:pPr>
        <w:spacing w:after="0" w:line="240" w:lineRule="auto"/>
      </w:pPr>
      <w:r>
        <w:separator/>
      </w:r>
    </w:p>
  </w:endnote>
  <w:endnote w:type="continuationSeparator" w:id="0">
    <w:p w14:paraId="77E4F4EB" w14:textId="77777777" w:rsidR="001D3DE3" w:rsidRDefault="001D3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D3009" w14:textId="77777777" w:rsidR="00706ADF" w:rsidRDefault="00000000">
    <w:pPr>
      <w:pStyle w:val="Footer"/>
      <w:jc w:val="center"/>
    </w:pPr>
    <w:r>
      <w:rPr>
        <w:color w:val="646464"/>
        <w:sz w:val="16"/>
      </w:rPr>
      <w:t>Mars Rover Research Sheet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451C8" w14:textId="77777777" w:rsidR="001D3DE3" w:rsidRDefault="001D3DE3">
      <w:pPr>
        <w:spacing w:after="0" w:line="240" w:lineRule="auto"/>
      </w:pPr>
      <w:r>
        <w:separator/>
      </w:r>
    </w:p>
  </w:footnote>
  <w:footnote w:type="continuationSeparator" w:id="0">
    <w:p w14:paraId="4AF3713A" w14:textId="77777777" w:rsidR="001D3DE3" w:rsidRDefault="001D3D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53607792">
    <w:abstractNumId w:val="8"/>
  </w:num>
  <w:num w:numId="2" w16cid:durableId="1307200394">
    <w:abstractNumId w:val="6"/>
  </w:num>
  <w:num w:numId="3" w16cid:durableId="110394942">
    <w:abstractNumId w:val="5"/>
  </w:num>
  <w:num w:numId="4" w16cid:durableId="252711234">
    <w:abstractNumId w:val="4"/>
  </w:num>
  <w:num w:numId="5" w16cid:durableId="888496575">
    <w:abstractNumId w:val="7"/>
  </w:num>
  <w:num w:numId="6" w16cid:durableId="2042704287">
    <w:abstractNumId w:val="3"/>
  </w:num>
  <w:num w:numId="7" w16cid:durableId="1462262808">
    <w:abstractNumId w:val="2"/>
  </w:num>
  <w:num w:numId="8" w16cid:durableId="1151867549">
    <w:abstractNumId w:val="1"/>
  </w:num>
  <w:num w:numId="9" w16cid:durableId="1119881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1F03"/>
    <w:rsid w:val="0015074B"/>
    <w:rsid w:val="001D3DE3"/>
    <w:rsid w:val="0029639D"/>
    <w:rsid w:val="00326F90"/>
    <w:rsid w:val="00706ADF"/>
    <w:rsid w:val="00745437"/>
    <w:rsid w:val="00AA1D8D"/>
    <w:rsid w:val="00B47730"/>
    <w:rsid w:val="00CB0664"/>
    <w:rsid w:val="00D943B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2C127B"/>
  <w14:defaultImageDpi w14:val="300"/>
  <w15:docId w15:val="{3BC557A9-9FEA-4730-88C8-521EAA43E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ptos" w:hAnsi="Aptos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ence.nasa.gov/mission/mars-2020-perseverance/" TargetMode="External"/><Relationship Id="rId13" Type="http://schemas.openxmlformats.org/officeDocument/2006/relationships/hyperlink" Target="https://science.nasa.gov/mission/mars-2020-perseverance/location-ma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cience.nasa.gov/mission/mars-2020-perseverance/science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asa.gov/centers-and-facilities/jpl/the-mars-relay-network-connects-us-to-nasas-martian-explorers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science.nasa.gov/mission/mars-2020-perseverance/science-instrument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ience.nasa.gov/mission/mars-2020-perseverance/rover-components/" TargetMode="External"/><Relationship Id="rId14" Type="http://schemas.openxmlformats.org/officeDocument/2006/relationships/hyperlink" Target="https://science.nasa.gov/mission/msl-curiosit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Jackson Murdock (30448162)</cp:lastModifiedBy>
  <cp:revision>2</cp:revision>
  <dcterms:created xsi:type="dcterms:W3CDTF">2026-07-12T13:23:00Z</dcterms:created>
  <dcterms:modified xsi:type="dcterms:W3CDTF">2026-07-12T13:23:00Z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e3ceb828-6bc6-4799-b71e-96ac4ff98513</vt:lpwstr>
  </property>
</Properties>
</file>